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9439FC" w:rsidR="009316E8" w:rsidRDefault="00000000" w14:paraId="79B23609" w14:textId="137CD85C">
      <w:pPr>
        <w:spacing w:before="480"/>
        <w:jc w:val="center"/>
        <w:rPr>
          <w:rFonts w:cs="Times New Roman"/>
        </w:rPr>
      </w:pPr>
      <w:r w:rsidRPr="009439FC">
        <w:rPr>
          <w:rFonts w:cs="Times New Roman"/>
          <w:b/>
          <w:sz w:val="28"/>
        </w:rPr>
        <w:t>Instructions for Preparing a Mini-Symposium Proposal for the</w:t>
      </w:r>
      <w:r w:rsidRPr="009439FC">
        <w:rPr>
          <w:rFonts w:cs="Times New Roman"/>
          <w:b/>
          <w:sz w:val="28"/>
        </w:rPr>
        <w:br/>
      </w:r>
      <w:r w:rsidRPr="009439FC">
        <w:rPr>
          <w:rFonts w:cs="Times New Roman"/>
          <w:b/>
          <w:sz w:val="28"/>
        </w:rPr>
        <w:t>9th ECCOMAS Young Investigators Conference (YIC 2027)</w:t>
      </w:r>
    </w:p>
    <w:p w:rsidRPr="009439FC" w:rsidR="009316E8" w:rsidP="001363FD" w:rsidRDefault="00000000" w14:paraId="44D000D7" w14:textId="77777777">
      <w:pPr>
        <w:spacing w:line="276" w:lineRule="auto"/>
        <w:jc w:val="center"/>
        <w:rPr>
          <w:rFonts w:cs="Times New Roman"/>
        </w:rPr>
      </w:pPr>
      <w:r w:rsidRPr="009439FC">
        <w:rPr>
          <w:rFonts w:cs="Times New Roman"/>
          <w:b/>
          <w:sz w:val="22"/>
        </w:rPr>
        <w:t>First Author</w:t>
      </w:r>
      <w:r w:rsidRPr="009439FC">
        <w:rPr>
          <w:rFonts w:ascii="Cambria Math" w:hAnsi="Cambria Math" w:cs="Cambria Math"/>
        </w:rPr>
        <w:t>∗</w:t>
      </w:r>
      <w:r w:rsidRPr="009439FC">
        <w:rPr>
          <w:rFonts w:cs="Times New Roman"/>
        </w:rPr>
        <w:t xml:space="preserve">, </w:t>
      </w:r>
      <w:r w:rsidRPr="009439FC">
        <w:rPr>
          <w:rFonts w:cs="Times New Roman"/>
          <w:b/>
          <w:sz w:val="22"/>
        </w:rPr>
        <w:t>Second Author</w:t>
      </w:r>
      <w:r w:rsidRPr="009439FC">
        <w:rPr>
          <w:rFonts w:cs="Times New Roman"/>
        </w:rPr>
        <w:t xml:space="preserve">†, </w:t>
      </w:r>
      <w:r w:rsidRPr="009439FC">
        <w:rPr>
          <w:rFonts w:cs="Times New Roman"/>
          <w:b/>
          <w:bCs/>
          <w:color w:val="000000" w:themeColor="text1"/>
        </w:rPr>
        <w:t>and</w:t>
      </w:r>
      <w:r w:rsidRPr="009439FC">
        <w:rPr>
          <w:rFonts w:cs="Times New Roman"/>
          <w:color w:val="000000" w:themeColor="text1"/>
        </w:rPr>
        <w:t xml:space="preserve"> </w:t>
      </w:r>
      <w:r w:rsidRPr="009439FC">
        <w:rPr>
          <w:rFonts w:cs="Times New Roman"/>
          <w:b/>
          <w:sz w:val="22"/>
        </w:rPr>
        <w:t>Third Author</w:t>
      </w:r>
      <w:r w:rsidRPr="009439FC">
        <w:rPr>
          <w:rFonts w:ascii="Cambria Math" w:hAnsi="Cambria Math" w:cs="Cambria Math"/>
        </w:rPr>
        <w:t>∗</w:t>
      </w:r>
    </w:p>
    <w:p w:rsidRPr="009439FC" w:rsidR="009316E8" w:rsidP="37C53451" w:rsidRDefault="00000000" w14:paraId="7ABCFE76" w14:textId="77777777">
      <w:pPr>
        <w:spacing w:after="0" w:line="240" w:lineRule="auto"/>
        <w:jc w:val="center"/>
        <w:rPr>
          <w:rFonts w:cs="Times New Roman"/>
        </w:rPr>
      </w:pPr>
      <w:r w:rsidRPr="37C53451" w:rsidR="6790296B">
        <w:rPr>
          <w:rFonts w:ascii="Cambria Math" w:hAnsi="Cambria Math" w:cs="Cambria Math"/>
          <w:sz w:val="22"/>
          <w:szCs w:val="22"/>
        </w:rPr>
        <w:t>∗</w:t>
      </w:r>
      <w:r w:rsidRPr="37C53451" w:rsidR="6790296B">
        <w:rPr>
          <w:rFonts w:cs="Times New Roman"/>
          <w:sz w:val="22"/>
          <w:szCs w:val="22"/>
        </w:rPr>
        <w:t xml:space="preserve"> Affiliation of First and Third Author</w:t>
      </w:r>
    </w:p>
    <w:p w:rsidRPr="009439FC" w:rsidR="009316E8" w:rsidP="37C53451" w:rsidRDefault="00000000" w14:paraId="3F7AE436" w14:textId="77777777">
      <w:pPr>
        <w:spacing w:after="0" w:line="240" w:lineRule="auto"/>
        <w:jc w:val="center"/>
        <w:rPr>
          <w:rFonts w:cs="Times New Roman"/>
        </w:rPr>
      </w:pPr>
      <w:r w:rsidRPr="37C53451" w:rsidR="6790296B">
        <w:rPr>
          <w:rFonts w:cs="Times New Roman"/>
          <w:sz w:val="22"/>
          <w:szCs w:val="22"/>
        </w:rPr>
        <w:t>Address</w:t>
      </w:r>
    </w:p>
    <w:p w:rsidRPr="009439FC" w:rsidR="009316E8" w:rsidP="37C53451" w:rsidRDefault="00000000" w14:paraId="6891C24F" w14:textId="77777777">
      <w:pPr>
        <w:spacing w:after="0" w:line="240" w:lineRule="auto"/>
        <w:jc w:val="center"/>
      </w:pPr>
      <w:r w:rsidRPr="37C53451" w:rsidR="6790296B">
        <w:rPr>
          <w:rFonts w:cs="Times New Roman"/>
          <w:sz w:val="22"/>
          <w:szCs w:val="22"/>
        </w:rPr>
        <w:t>e-mail: {email1, email3}@address.com</w:t>
      </w:r>
    </w:p>
    <w:p w:rsidR="37C53451" w:rsidP="37C53451" w:rsidRDefault="37C53451" w14:paraId="36D9477A" w14:textId="4F36BCB8">
      <w:pPr>
        <w:spacing w:after="0" w:line="240" w:lineRule="auto"/>
        <w:jc w:val="center"/>
        <w:rPr>
          <w:rFonts w:cs="Times New Roman"/>
          <w:sz w:val="22"/>
          <w:szCs w:val="22"/>
        </w:rPr>
      </w:pPr>
    </w:p>
    <w:p w:rsidRPr="009439FC" w:rsidR="009316E8" w:rsidRDefault="00000000" w14:paraId="3AD8309C" w14:textId="77777777">
      <w:pPr>
        <w:spacing w:after="0"/>
        <w:jc w:val="center"/>
        <w:rPr>
          <w:rFonts w:cs="Times New Roman"/>
        </w:rPr>
      </w:pPr>
      <w:r w:rsidRPr="009439FC">
        <w:rPr>
          <w:rFonts w:cs="Times New Roman"/>
          <w:sz w:val="22"/>
        </w:rPr>
        <w:t>† Affiliation of Second Author</w:t>
      </w:r>
    </w:p>
    <w:p w:rsidRPr="009439FC" w:rsidR="009316E8" w:rsidP="37C53451" w:rsidRDefault="00000000" w14:paraId="12CD9755" w14:textId="77777777">
      <w:pPr>
        <w:spacing w:after="0" w:line="240" w:lineRule="auto"/>
        <w:jc w:val="center"/>
        <w:rPr>
          <w:rFonts w:cs="Times New Roman"/>
        </w:rPr>
      </w:pPr>
      <w:r w:rsidRPr="37C53451" w:rsidR="6790296B">
        <w:rPr>
          <w:rFonts w:cs="Times New Roman"/>
          <w:sz w:val="22"/>
          <w:szCs w:val="22"/>
        </w:rPr>
        <w:t>Address</w:t>
      </w:r>
    </w:p>
    <w:p w:rsidRPr="009439FC" w:rsidR="009316E8" w:rsidP="37C53451" w:rsidRDefault="00000000" w14:paraId="7433565E" w14:textId="77777777">
      <w:pPr>
        <w:spacing w:after="0" w:line="240" w:lineRule="auto"/>
        <w:jc w:val="center"/>
      </w:pPr>
      <w:r w:rsidRPr="37C53451" w:rsidR="6790296B">
        <w:rPr>
          <w:rFonts w:cs="Times New Roman"/>
          <w:sz w:val="22"/>
          <w:szCs w:val="22"/>
        </w:rPr>
        <w:t>e-mail: email2@address.com</w:t>
      </w:r>
    </w:p>
    <w:p w:rsidR="37C53451" w:rsidP="37C53451" w:rsidRDefault="37C53451" w14:paraId="5314005D" w14:textId="2AA741F6">
      <w:pPr>
        <w:pStyle w:val="Normal"/>
        <w:spacing w:after="0" w:line="240" w:lineRule="auto"/>
        <w:jc w:val="center"/>
        <w:rPr>
          <w:rFonts w:cs="Times New Roman"/>
          <w:sz w:val="22"/>
          <w:szCs w:val="22"/>
        </w:rPr>
      </w:pPr>
    </w:p>
    <w:p w:rsidRPr="009439FC" w:rsidR="00BF6C97" w:rsidRDefault="00BF6C97" w14:paraId="1DD3A106" w14:textId="49B71382">
      <w:pPr>
        <w:spacing w:before="160" w:after="240"/>
      </w:pPr>
      <w:r w:rsidRPr="37C53451" w:rsidR="6790296B">
        <w:rPr>
          <w:rFonts w:cs="Times New Roman"/>
          <w:b w:val="1"/>
          <w:bCs w:val="1"/>
        </w:rPr>
        <w:t xml:space="preserve">Key words: </w:t>
      </w:r>
      <w:r w:rsidRPr="37C53451" w:rsidR="6790296B">
        <w:rPr>
          <w:rFonts w:cs="Times New Roman"/>
        </w:rPr>
        <w:t>Keyword 1, Keyword 2, Keyword 3, Keyword 4</w:t>
      </w:r>
    </w:p>
    <w:p w:rsidR="37C53451" w:rsidP="37C53451" w:rsidRDefault="37C53451" w14:paraId="5D210E1A" w14:textId="1C478903">
      <w:pPr>
        <w:spacing w:before="160" w:after="240"/>
        <w:rPr>
          <w:rFonts w:cs="Times New Roman"/>
        </w:rPr>
      </w:pPr>
    </w:p>
    <w:p w:rsidRPr="009439FC" w:rsidR="009316E8" w:rsidP="009B72BF" w:rsidRDefault="00000000" w14:paraId="4310B453" w14:textId="77777777">
      <w:pPr>
        <w:spacing w:after="240" w:line="360" w:lineRule="auto"/>
        <w:jc w:val="center"/>
        <w:rPr>
          <w:rFonts w:cs="Times New Roman"/>
        </w:rPr>
      </w:pPr>
      <w:r w:rsidRPr="009439FC">
        <w:rPr>
          <w:rFonts w:cs="Times New Roman"/>
          <w:b/>
        </w:rPr>
        <w:t>ABSTRACT</w:t>
      </w:r>
    </w:p>
    <w:p w:rsidRPr="009439FC" w:rsidR="009316E8" w:rsidP="009B72BF" w:rsidRDefault="00000000" w14:paraId="72E2BA21" w14:textId="77777777">
      <w:pPr>
        <w:spacing w:after="140"/>
        <w:jc w:val="both"/>
        <w:rPr>
          <w:rFonts w:cs="Times New Roman"/>
        </w:rPr>
      </w:pPr>
      <w:r w:rsidRPr="009439FC">
        <w:rPr>
          <w:rFonts w:cs="Times New Roman"/>
        </w:rPr>
        <w:t xml:space="preserve">People interested in submitting a proposal for a </w:t>
      </w:r>
      <w:r w:rsidRPr="009439FC">
        <w:rPr>
          <w:rFonts w:cs="Times New Roman"/>
          <w:b/>
          <w:bCs/>
        </w:rPr>
        <w:t>Mini-Symposium (MS)</w:t>
      </w:r>
      <w:r w:rsidRPr="009439FC">
        <w:rPr>
          <w:rFonts w:cs="Times New Roman"/>
        </w:rPr>
        <w:t xml:space="preserve"> at </w:t>
      </w:r>
      <w:r w:rsidRPr="009439FC">
        <w:rPr>
          <w:rFonts w:cs="Times New Roman"/>
          <w:b/>
          <w:bCs/>
        </w:rPr>
        <w:t>YIC 2027</w:t>
      </w:r>
      <w:r w:rsidRPr="009439FC">
        <w:rPr>
          <w:rFonts w:cs="Times New Roman"/>
        </w:rPr>
        <w:t xml:space="preserve"> are requested to submit a proposal electronically no later than </w:t>
      </w:r>
      <w:r w:rsidRPr="009439FC">
        <w:rPr>
          <w:rFonts w:cs="Times New Roman"/>
          <w:b/>
          <w:bCs/>
        </w:rPr>
        <w:t>December 15, 2026</w:t>
      </w:r>
      <w:r w:rsidRPr="009439FC">
        <w:rPr>
          <w:rFonts w:cs="Times New Roman"/>
        </w:rPr>
        <w:t>.</w:t>
      </w:r>
    </w:p>
    <w:p w:rsidRPr="009439FC" w:rsidR="009316E8" w:rsidP="009B72BF" w:rsidRDefault="00000000" w14:paraId="7F0B65FE" w14:textId="77777777">
      <w:pPr>
        <w:spacing w:after="140"/>
        <w:jc w:val="both"/>
        <w:rPr>
          <w:rFonts w:cs="Times New Roman"/>
        </w:rPr>
      </w:pPr>
      <w:r w:rsidRPr="009439FC">
        <w:rPr>
          <w:rFonts w:cs="Times New Roman"/>
        </w:rPr>
        <w:t>The proposal should include the title of the MS, the full names and affiliations of the organizers, a short list of relevant keywords, and a concise description of its scientific scope and objectives. The title should be concise and clearly reflect the scope of the Mini-Symposium. A list of prospective speakers is not required.</w:t>
      </w:r>
    </w:p>
    <w:p w:rsidRPr="009439FC" w:rsidR="009316E8" w:rsidP="009B72BF" w:rsidRDefault="00000000" w14:paraId="7354B197" w14:textId="664B2429">
      <w:pPr>
        <w:spacing w:after="140"/>
        <w:jc w:val="both"/>
        <w:rPr>
          <w:rFonts w:cs="Times New Roman"/>
        </w:rPr>
      </w:pPr>
      <w:r w:rsidRPr="009439FC">
        <w:rPr>
          <w:rFonts w:cs="Times New Roman"/>
        </w:rPr>
        <w:t>The proposal must be submitted in Portable Document Format (PDF) through the Conference website. It should be written in English using Times</w:t>
      </w:r>
      <w:r w:rsidR="001675E2">
        <w:rPr>
          <w:rFonts w:cs="Times New Roman"/>
        </w:rPr>
        <w:t xml:space="preserve"> New </w:t>
      </w:r>
      <w:r w:rsidRPr="009439FC">
        <w:rPr>
          <w:rFonts w:cs="Times New Roman"/>
        </w:rPr>
        <w:t>Roman font and should not exceed 300 words (</w:t>
      </w:r>
      <w:r w:rsidRPr="009439FC">
        <w:rPr>
          <w:rFonts w:cs="Times New Roman"/>
          <w:b/>
          <w:bCs/>
        </w:rPr>
        <w:t>1 page</w:t>
      </w:r>
      <w:r w:rsidRPr="009439FC">
        <w:rPr>
          <w:rFonts w:cs="Times New Roman"/>
        </w:rPr>
        <w:t>).</w:t>
      </w:r>
    </w:p>
    <w:p w:rsidRPr="009439FC" w:rsidR="009316E8" w:rsidP="009B72BF" w:rsidRDefault="00000000" w14:paraId="132DD27D" w14:textId="77777777">
      <w:pPr>
        <w:spacing w:after="140"/>
        <w:jc w:val="both"/>
        <w:rPr>
          <w:rFonts w:cs="Times New Roman"/>
        </w:rPr>
      </w:pPr>
      <w:r w:rsidRPr="009439FC">
        <w:rPr>
          <w:rFonts w:cs="Times New Roman"/>
        </w:rPr>
        <w:t>References, if included, should be listed at the end of the proposal and formatted according to the examples below.</w:t>
      </w:r>
    </w:p>
    <w:p w:rsidRPr="009439FC" w:rsidR="005E66DC" w:rsidP="005E66DC" w:rsidRDefault="005E66DC" w14:paraId="6CC743E1" w14:textId="77777777">
      <w:pPr>
        <w:spacing w:after="101"/>
        <w:jc w:val="both"/>
        <w:rPr>
          <w:rFonts w:cs="Times New Roman"/>
        </w:rPr>
      </w:pPr>
      <w:r w:rsidRPr="009439FC">
        <w:rPr>
          <w:rFonts w:cs="Times New Roman"/>
        </w:rPr>
        <w:t>For any further information, please contact the Secretariat:</w:t>
      </w:r>
    </w:p>
    <w:p w:rsidRPr="009439FC" w:rsidR="005E66DC" w:rsidP="005E66DC" w:rsidRDefault="005E66DC" w14:paraId="3383F53E" w14:textId="77777777">
      <w:pPr>
        <w:spacing w:after="0"/>
        <w:rPr>
          <w:rFonts w:cs="Times New Roman"/>
        </w:rPr>
      </w:pPr>
      <w:r w:rsidRPr="009439FC">
        <w:rPr>
          <w:rFonts w:cs="Times New Roman"/>
        </w:rPr>
        <w:t>CIMNE Congress Bureau</w:t>
      </w:r>
    </w:p>
    <w:p w:rsidRPr="009439FC" w:rsidR="005E66DC" w:rsidP="005E66DC" w:rsidRDefault="005E66DC" w14:paraId="68641194" w14:textId="77777777">
      <w:pPr>
        <w:spacing w:after="0"/>
        <w:rPr>
          <w:rFonts w:cs="Times New Roman"/>
        </w:rPr>
      </w:pPr>
      <w:r w:rsidRPr="009439FC">
        <w:rPr>
          <w:rFonts w:cs="Times New Roman"/>
        </w:rPr>
        <w:t>Tel: +34 93 405 4696</w:t>
      </w:r>
    </w:p>
    <w:p w:rsidRPr="009439FC" w:rsidR="005E66DC" w:rsidP="005E66DC" w:rsidRDefault="005E66DC" w14:paraId="62035499" w14:textId="77777777">
      <w:pPr>
        <w:spacing w:after="101" w:line="360" w:lineRule="auto"/>
        <w:rPr>
          <w:rFonts w:cs="Times New Roman"/>
          <w:color w:val="0563C1"/>
          <w:u w:val="single"/>
        </w:rPr>
      </w:pPr>
      <w:r w:rsidRPr="37C53451" w:rsidR="342A4909">
        <w:rPr>
          <w:rFonts w:cs="Times New Roman"/>
        </w:rPr>
        <w:t xml:space="preserve">E-mail: </w:t>
      </w:r>
      <w:hyperlink r:id="R090227ff7e804174">
        <w:r w:rsidRPr="37C53451" w:rsidR="342A4909">
          <w:rPr>
            <w:rStyle w:val="Hyperlink"/>
          </w:rPr>
          <w:t>YIC2027_sec@cimne.upc.edu</w:t>
        </w:r>
      </w:hyperlink>
    </w:p>
    <w:p w:rsidRPr="009439FC" w:rsidR="005E66DC" w:rsidP="005E66DC" w:rsidRDefault="005E66DC" w14:paraId="34D158C2" w14:textId="77777777">
      <w:pPr>
        <w:spacing w:before="189" w:after="229"/>
        <w:rPr>
          <w:rFonts w:cs="Times New Roman"/>
        </w:rPr>
      </w:pPr>
      <w:r w:rsidRPr="009439FC">
        <w:rPr>
          <w:rFonts w:cs="Times New Roman"/>
          <w:b/>
          <w:bCs/>
        </w:rPr>
        <w:t>REFERENCES</w:t>
      </w:r>
    </w:p>
    <w:p w:rsidRPr="009439FC" w:rsidR="005E66DC" w:rsidP="005E66DC" w:rsidRDefault="005E66DC" w14:paraId="5E46E8E2" w14:textId="77777777">
      <w:pPr>
        <w:pStyle w:val="ListParagraph"/>
        <w:numPr>
          <w:ilvl w:val="0"/>
          <w:numId w:val="10"/>
        </w:numPr>
        <w:spacing w:after="200"/>
        <w:ind w:left="510"/>
        <w:contextualSpacing w:val="0"/>
        <w:jc w:val="both"/>
        <w:rPr>
          <w:rFonts w:cs="Times New Roman"/>
        </w:rPr>
      </w:pPr>
      <w:r w:rsidRPr="009439FC">
        <w:rPr>
          <w:rFonts w:cs="Times New Roman"/>
        </w:rPr>
        <w:t xml:space="preserve">A. Author and B. Author, Title of the article. </w:t>
      </w:r>
      <w:r w:rsidRPr="009439FC">
        <w:rPr>
          <w:rFonts w:cs="Times New Roman"/>
          <w:i/>
          <w:iCs/>
        </w:rPr>
        <w:t>Journal Name</w:t>
      </w:r>
      <w:r w:rsidRPr="009439FC">
        <w:rPr>
          <w:rFonts w:cs="Times New Roman"/>
        </w:rPr>
        <w:t>, Volume (Year), page-page.</w:t>
      </w:r>
    </w:p>
    <w:p w:rsidRPr="009439FC" w:rsidR="005E66DC" w:rsidP="005E66DC" w:rsidRDefault="005E66DC" w14:paraId="61612135" w14:textId="77777777">
      <w:pPr>
        <w:pStyle w:val="ListParagraph"/>
        <w:numPr>
          <w:ilvl w:val="0"/>
          <w:numId w:val="10"/>
        </w:numPr>
        <w:spacing w:after="200" w:line="276" w:lineRule="auto"/>
        <w:ind w:left="510"/>
        <w:contextualSpacing w:val="0"/>
        <w:jc w:val="both"/>
        <w:rPr>
          <w:rFonts w:cs="Times New Roman"/>
        </w:rPr>
      </w:pPr>
      <w:r w:rsidRPr="009439FC">
        <w:rPr>
          <w:rFonts w:cs="Times New Roman"/>
        </w:rPr>
        <w:t xml:space="preserve">A. Author, B. Author, and C. Author, </w:t>
      </w:r>
      <w:r w:rsidRPr="009439FC">
        <w:rPr>
          <w:rFonts w:cs="Times New Roman"/>
          <w:i/>
          <w:iCs/>
        </w:rPr>
        <w:t>Title of the book</w:t>
      </w:r>
      <w:r w:rsidRPr="009439FC">
        <w:rPr>
          <w:rFonts w:cs="Times New Roman"/>
        </w:rPr>
        <w:t>. Publisher, City (Year).</w:t>
      </w:r>
    </w:p>
    <w:p w:rsidRPr="009439FC" w:rsidR="005E66DC" w:rsidP="005E66DC" w:rsidRDefault="005E66DC" w14:paraId="6643D8CD" w14:textId="77777777">
      <w:pPr>
        <w:pStyle w:val="ListParagraph"/>
        <w:numPr>
          <w:ilvl w:val="0"/>
          <w:numId w:val="10"/>
        </w:numPr>
        <w:spacing w:after="200"/>
        <w:ind w:left="510"/>
        <w:contextualSpacing w:val="0"/>
        <w:jc w:val="both"/>
        <w:rPr>
          <w:rFonts w:cs="Times New Roman"/>
        </w:rPr>
      </w:pPr>
      <w:r w:rsidRPr="009439FC">
        <w:rPr>
          <w:rFonts w:cs="Times New Roman"/>
        </w:rPr>
        <w:t xml:space="preserve">A. Author, B. Author, C. Author, et al., Title of the chapter. In: D. Editor and E. Editor (eds.), </w:t>
      </w:r>
      <w:r w:rsidRPr="009439FC">
        <w:rPr>
          <w:rFonts w:cs="Times New Roman"/>
          <w:i/>
          <w:iCs/>
        </w:rPr>
        <w:t>Title of the book</w:t>
      </w:r>
      <w:r w:rsidRPr="009439FC">
        <w:rPr>
          <w:rFonts w:cs="Times New Roman"/>
        </w:rPr>
        <w:t>, pp. page-page. Publisher, City (Year).</w:t>
      </w:r>
    </w:p>
    <w:p w:rsidRPr="009439FC" w:rsidR="009316E8" w:rsidP="00233611" w:rsidRDefault="009316E8" w14:paraId="06CCE513" w14:textId="08E842B1">
      <w:pPr>
        <w:spacing w:before="140"/>
        <w:rPr>
          <w:rFonts w:cs="Times New Roman"/>
          <w:sz w:val="36"/>
          <w:szCs w:val="32"/>
        </w:rPr>
      </w:pPr>
    </w:p>
    <w:sectPr w:rsidRPr="009439FC" w:rsidR="009316E8" w:rsidSect="001363FD">
      <w:headerReference w:type="default" r:id="rId8"/>
      <w:pgSz w:w="11909" w:h="16834" w:orient="portrait"/>
      <w:pgMar w:top="1512" w:right="1411" w:bottom="1152" w:left="1411" w:header="720" w:footer="432" w:gutter="0"/>
      <w:cols w:space="720"/>
      <w:docGrid w:linePitch="360"/>
      <w:footerReference w:type="default" r:id="R3965e925948a49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F0206F" w:rsidRDefault="00F0206F" w14:paraId="4F35A02C" w14:textId="77777777">
      <w:pPr>
        <w:spacing w:after="0"/>
      </w:pPr>
      <w:r>
        <w:separator/>
      </w:r>
    </w:p>
  </w:endnote>
  <w:endnote w:type="continuationSeparator" w:id="0">
    <w:p w:rsidR="00F0206F" w:rsidRDefault="00F0206F" w14:paraId="7B11FCC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37C53451" w:rsidTr="37C53451" w14:paraId="248D3768">
      <w:trPr>
        <w:trHeight w:val="300"/>
      </w:trPr>
      <w:tc>
        <w:tcPr>
          <w:tcW w:w="3025" w:type="dxa"/>
          <w:tcMar/>
        </w:tcPr>
        <w:p w:rsidR="37C53451" w:rsidP="37C53451" w:rsidRDefault="37C53451" w14:paraId="70F1C479" w14:textId="4923513B">
          <w:pPr>
            <w:pStyle w:val="Header"/>
            <w:bidi w:val="0"/>
            <w:ind w:left="-115"/>
            <w:jc w:val="left"/>
          </w:pPr>
        </w:p>
      </w:tc>
      <w:tc>
        <w:tcPr>
          <w:tcW w:w="3025" w:type="dxa"/>
          <w:tcMar/>
        </w:tcPr>
        <w:p w:rsidR="37C53451" w:rsidP="37C53451" w:rsidRDefault="37C53451" w14:paraId="5B94618F" w14:textId="07262D14">
          <w:pPr>
            <w:pStyle w:val="Header"/>
            <w:bidi w:val="0"/>
            <w:jc w:val="center"/>
          </w:pPr>
        </w:p>
      </w:tc>
      <w:tc>
        <w:tcPr>
          <w:tcW w:w="3025" w:type="dxa"/>
          <w:tcMar/>
        </w:tcPr>
        <w:p w:rsidR="37C53451" w:rsidP="37C53451" w:rsidRDefault="37C53451" w14:paraId="25DD9ED8" w14:textId="3E8741A4">
          <w:pPr>
            <w:pStyle w:val="Header"/>
            <w:bidi w:val="0"/>
            <w:ind w:right="-115"/>
            <w:jc w:val="right"/>
          </w:pPr>
        </w:p>
      </w:tc>
    </w:tr>
  </w:tbl>
  <w:p w:rsidR="37C53451" w:rsidRDefault="37C53451" w14:paraId="3E241A62" w14:textId="6F0DE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F0206F" w:rsidRDefault="00F0206F" w14:paraId="67E06A52" w14:textId="77777777">
      <w:pPr>
        <w:spacing w:after="0"/>
      </w:pPr>
      <w:r>
        <w:separator/>
      </w:r>
    </w:p>
  </w:footnote>
  <w:footnote w:type="continuationSeparator" w:id="0">
    <w:p w:rsidR="00F0206F" w:rsidRDefault="00F0206F" w14:paraId="02D6B8B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9316E8" w:rsidRDefault="00000000" w14:paraId="62BD134D" w14:textId="77777777">
    <w:pPr>
      <w:pStyle w:val="Header"/>
      <w:jc w:val="right"/>
    </w:pPr>
    <w:r>
      <w:rPr>
        <w:b/>
        <w:sz w:val="20"/>
      </w:rPr>
      <w:t>9th ECCOMAS Young Investigators Conference - YIC 2027</w:t>
    </w:r>
    <w:r>
      <w:rPr>
        <w:b/>
        <w:sz w:val="20"/>
      </w:rPr>
      <w:br/>
    </w:r>
    <w:r>
      <w:rPr>
        <w:b/>
        <w:i/>
        <w:sz w:val="20"/>
      </w:rPr>
      <w:t>September 8–10, 2027, Turin, Italy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36E22C92"/>
    <w:multiLevelType w:val="hybridMultilevel"/>
    <w:tmpl w:val="1AAA4088"/>
    <w:lvl w:ilvl="0" w:tplc="FAD0B500">
      <w:start w:val="1"/>
      <w:numFmt w:val="decimal"/>
      <w:lvlText w:val="[%1]"/>
      <w:lvlJc w:val="left"/>
      <w:pPr>
        <w:ind w:left="420" w:hanging="420"/>
      </w:pPr>
    </w:lvl>
    <w:lvl w:ilvl="1" w:tplc="51AA4ABE">
      <w:numFmt w:val="decimal"/>
      <w:lvlText w:val=""/>
      <w:lvlJc w:val="left"/>
    </w:lvl>
    <w:lvl w:ilvl="2" w:tplc="D1CAB62A">
      <w:numFmt w:val="decimal"/>
      <w:lvlText w:val=""/>
      <w:lvlJc w:val="left"/>
    </w:lvl>
    <w:lvl w:ilvl="3" w:tplc="166EE8AA">
      <w:numFmt w:val="decimal"/>
      <w:lvlText w:val=""/>
      <w:lvlJc w:val="left"/>
    </w:lvl>
    <w:lvl w:ilvl="4" w:tplc="405A0796">
      <w:numFmt w:val="decimal"/>
      <w:lvlText w:val=""/>
      <w:lvlJc w:val="left"/>
    </w:lvl>
    <w:lvl w:ilvl="5" w:tplc="7F7AEB3C">
      <w:numFmt w:val="decimal"/>
      <w:lvlText w:val=""/>
      <w:lvlJc w:val="left"/>
    </w:lvl>
    <w:lvl w:ilvl="6" w:tplc="EB6C5772">
      <w:numFmt w:val="decimal"/>
      <w:lvlText w:val=""/>
      <w:lvlJc w:val="left"/>
    </w:lvl>
    <w:lvl w:ilvl="7" w:tplc="40B489C4">
      <w:numFmt w:val="decimal"/>
      <w:lvlText w:val=""/>
      <w:lvlJc w:val="left"/>
    </w:lvl>
    <w:lvl w:ilvl="8" w:tplc="9DF41824">
      <w:numFmt w:val="decimal"/>
      <w:lvlText w:val=""/>
      <w:lvlJc w:val="left"/>
    </w:lvl>
  </w:abstractNum>
  <w:num w:numId="1" w16cid:durableId="803154870">
    <w:abstractNumId w:val="8"/>
  </w:num>
  <w:num w:numId="2" w16cid:durableId="501238040">
    <w:abstractNumId w:val="6"/>
  </w:num>
  <w:num w:numId="3" w16cid:durableId="781388315">
    <w:abstractNumId w:val="5"/>
  </w:num>
  <w:num w:numId="4" w16cid:durableId="834026794">
    <w:abstractNumId w:val="4"/>
  </w:num>
  <w:num w:numId="5" w16cid:durableId="1945336031">
    <w:abstractNumId w:val="7"/>
  </w:num>
  <w:num w:numId="6" w16cid:durableId="1919055580">
    <w:abstractNumId w:val="3"/>
  </w:num>
  <w:num w:numId="7" w16cid:durableId="352266461">
    <w:abstractNumId w:val="2"/>
  </w:num>
  <w:num w:numId="8" w16cid:durableId="635254743">
    <w:abstractNumId w:val="1"/>
  </w:num>
  <w:num w:numId="9" w16cid:durableId="1857888926">
    <w:abstractNumId w:val="0"/>
  </w:num>
  <w:num w:numId="10" w16cid:durableId="1133408457">
    <w:abstractNumId w:val="9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2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40724"/>
    <w:rsid w:val="0006063C"/>
    <w:rsid w:val="000658CF"/>
    <w:rsid w:val="000E6EFB"/>
    <w:rsid w:val="001363FD"/>
    <w:rsid w:val="0015074B"/>
    <w:rsid w:val="001675E2"/>
    <w:rsid w:val="00233611"/>
    <w:rsid w:val="0029639D"/>
    <w:rsid w:val="00326F90"/>
    <w:rsid w:val="00500833"/>
    <w:rsid w:val="005E66DC"/>
    <w:rsid w:val="00673C99"/>
    <w:rsid w:val="008F4266"/>
    <w:rsid w:val="009316E8"/>
    <w:rsid w:val="00931F9E"/>
    <w:rsid w:val="009439FC"/>
    <w:rsid w:val="009B72BF"/>
    <w:rsid w:val="00A33C91"/>
    <w:rsid w:val="00AA1D8D"/>
    <w:rsid w:val="00B32DF2"/>
    <w:rsid w:val="00B47730"/>
    <w:rsid w:val="00BF6C97"/>
    <w:rsid w:val="00C453C7"/>
    <w:rsid w:val="00CB0664"/>
    <w:rsid w:val="00D0666E"/>
    <w:rsid w:val="00DF6459"/>
    <w:rsid w:val="00EE7D2B"/>
    <w:rsid w:val="00F0206F"/>
    <w:rsid w:val="00F31386"/>
    <w:rsid w:val="00FC693F"/>
    <w:rsid w:val="2CCE6457"/>
    <w:rsid w:val="342A4909"/>
    <w:rsid w:val="37C53451"/>
    <w:rsid w:val="595D88CD"/>
    <w:rsid w:val="59E48314"/>
    <w:rsid w:val="62D21A4D"/>
    <w:rsid w:val="6790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7FFC55"/>
  <w14:defaultImageDpi w14:val="300"/>
  <w15:docId w15:val="{1E7DAFCE-9B64-A946-9113-50A765078C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F6C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yperlink" Target="mailto:YIC2027_sec@cimne.upc.edu" TargetMode="External" Id="R090227ff7e804174" /><Relationship Type="http://schemas.openxmlformats.org/officeDocument/2006/relationships/footer" Target="footer.xml" Id="R3965e925948a49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Gioana  Teora</lastModifiedBy>
  <revision>6</revision>
  <lastPrinted>2026-09-09T09:01:00.0000000Z</lastPrinted>
  <dcterms:created xsi:type="dcterms:W3CDTF">2026-09-09T09:01:00.0000000Z</dcterms:created>
  <dcterms:modified xsi:type="dcterms:W3CDTF">2026-09-09T09:34:28.9318870Z</dcterms:modified>
  <category/>
</coreProperties>
</file>